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כתבה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קריאה: לפני, תוך כדי ואחרי קריאת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חדש מתוך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מי מה איפה ולכתוב סיכום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לפני ותוך כדי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להסתכל בתמונה ובכותרת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המשפט הגדול שמספר על מה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התמונה נותנת רמז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הסיכום עוזר לזכור את הרעיון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של אדם או בעל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קרה בכתבה)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(המקום שבו קרה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הקריאה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בתמונה ובכותרת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לכתבה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מסמנים מילים חדשות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מילה רלוונטית מהכתבה, תרגום נכון, ומשפט שלם שמשתמש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דעה ברורה עם 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אמיתית מהכתבה עם תרגום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ותשובה מתאימות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שלם וברור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הכתבה בקול פעמיים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המילים החדשות כדי לעודד 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לאפשר תרגום קצר או ציור במקום מילה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קוראים כתבה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קוראים כתבה קצרה בעברית קלה: מסתכלים בתמונה ובכותרת, לומדים מילים חדשות, עונים על שאלות וכותבים סיכום.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תמונה  ·  חדשה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לפני ותוך כדי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לפני שקוראים כתבה, כדאי קודם...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לקרוא הכל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להסתכל בתמונה ובכותרת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כותרת הכתבה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התמונה בכתבה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המשפט הגדול שמספר על מה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התמונה בכתבה יכולה לעזור לנחש על מה הכתבה.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הקריאה כותבים סיכום קצר של הכתבה.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שקוראים כתבה מסתכלים על ה__________ ועל הכותרת.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שלא הכרתי לפני כן נקראת מילה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קרה בכתבה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המקום שבו קרה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שם של אדם או בעל 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הקריאה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לכתבה פעמיים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מסמנים מילים חדשות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בתמונה ובכותרת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מילה אחת מהכתבה שקראתם השבוע וכתבו: מה המילה, מה המשמעות בשפה שלכם, ומשפט עם המילה.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דעתכם על הכתבה? האם היא מעניינת? נמקו בכמה 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חדשה אחת שלמדתם השבוע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שאלה אחת (מי מה או איפה) שעניתם עליה 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קוראים כתבה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