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קוראים כתבה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אסטרטגיות קריאה: לפני, תוך כדי ואחרי קריאת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חדש מתוך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מי מה איפה ולכתוב סיכום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לפני ותוך כדי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להסתכל בתמונה ובכותרת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המשפט הגדול שמספר על מה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לסמן אותן ולכתוב 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להבין את עיקר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סיכום קצר של 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כדאי להקשיב פעמיים כדי להבין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התמונה נותנת רמז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מילה חדשה היא מילה שלא הכרתי לפני 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הסיכום עוזר לזכור את הרעיון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של אדם או בעל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קרה בכתבה)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(המקום שבו קרה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(הסיבה לדבר שקרה)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הקריאה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בתמונה ובכותרת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מקשיבים לכתבה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מסמנים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 על שאלות מי מה איפה וכותבים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מילה רלוונטית מהכתבה, תרגום נכון, ומשפט שלם שמשתמש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נושא הכתבה עם לפחות מילה חדשה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דעה ברורה עם 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אמיתית מהכתבה עם תרגום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ותשובה מתאימות לתוכן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שלם וברור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הכתבה בקול פעמיים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המילים החדשות כדי לעודד 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לאפשר תרגום קצר או ציור במקום מילה בעברית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קוראים כתבה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איך קוראים כתבה קטנה בעברית. מסתכלים בתמונה, לומדים מילים חדשות, ועונים על שאלות קצרות.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בעיתון או באתר חדשות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הגדול בתחילת הכתבה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חדשה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שלא הכרתי לפני 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תרגום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אותה מילה בשפה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משפטים קצרים על הכתבה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או לא נכון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שבודקים אם הוא 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מה איפה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שעוזרות להבין את הכתבה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אני חושב או חושבת על הכתבה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לפני ותוך כדי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קודם, לפני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הכל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להסתכל בתמונה ובכותרת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כותרת?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התמונה בכתבה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המשפט הגדול שמספר על מה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המילה האחרונה בכתבה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עם מילה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לדלג עליהן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לסמן אותן ולכתוב תרגום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עוזרות השאלות מי מה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ציור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את עיקר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 קצר של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להקשיב לכתבה רק פעם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התמונה בכתבה יכולה לעזור לנחש על מה הכתבה.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חדשה היא מילה שכבר ידעתי קודם.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הקריאה כותבים סיכום קצר של הכתבה.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שקוראים כתבה מסתכלים על ה__________ ועל הכותרת.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המשפט הגדול בתחילת הכתבה.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שלא הכרתי לפני כן נקראת מילה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כשכותבים את אותה מילה בשפה שלי, זה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התרגיל כותבים כמה משפטים קצרים שנקראים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קרה בכתבה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של אדם או בעל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הסיבה לדבר שקרה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שבו קרה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הקריאה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מילים חדשות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שאלות מי מה איפה וכותבים 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בתמונה ובכותרת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לכתבה פעמיים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אחת מהכתבה שקראתם השבוע וכתבו: מה המילה, מה המשמעות בשפה שלכם, ומשפט עם המילה.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2-3 משפטים: על מה מספרת הכתבה ומה למדתם ממנה.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דעתכם על הכתבה? האם היא מעניינת? נמקו בכמה 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חדשה אחת שלמדתם השבוע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(מי מה או איפה) שעניתם עליה נכון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על הכתבה שקראתם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קוראים כתבה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